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10B" w:rsidRDefault="003F210B">
      <w:pPr>
        <w:jc w:val="center"/>
        <w:rPr>
          <w:b/>
          <w:sz w:val="32"/>
        </w:rPr>
      </w:pPr>
    </w:p>
    <w:p w:rsidR="00BF2EC6" w:rsidRPr="00B102C4" w:rsidRDefault="00DC372D">
      <w:pPr>
        <w:jc w:val="center"/>
        <w:rPr>
          <w:color w:val="1F497D" w:themeColor="text2"/>
          <w:lang w:val="pt-BR"/>
        </w:rPr>
      </w:pPr>
      <w:r w:rsidRPr="00B102C4">
        <w:rPr>
          <w:b/>
          <w:color w:val="1F497D" w:themeColor="text2"/>
          <w:sz w:val="32"/>
          <w:lang w:val="pt-BR"/>
        </w:rPr>
        <w:t>RELATÓRIO SEMESTRAL DE ATIVIDADES</w:t>
      </w:r>
    </w:p>
    <w:p w:rsidR="00BF2EC6" w:rsidRPr="00B102C4" w:rsidRDefault="00DC372D">
      <w:pPr>
        <w:jc w:val="center"/>
        <w:rPr>
          <w:color w:val="1F497D" w:themeColor="text2"/>
          <w:lang w:val="pt-BR"/>
        </w:rPr>
      </w:pPr>
      <w:r w:rsidRPr="00B102C4">
        <w:rPr>
          <w:b/>
          <w:color w:val="1F497D" w:themeColor="text2"/>
          <w:sz w:val="28"/>
          <w:lang w:val="pt-BR"/>
        </w:rPr>
        <w:t>ESTÁGIO NÃO OBRIGATÓRIO</w:t>
      </w:r>
    </w:p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br/>
        <w:t>1. Estagiário</w:t>
      </w:r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 xml:space="preserve">Nome completo: </w:t>
      </w:r>
      <w:sdt>
        <w:sdtPr>
          <w:rPr>
            <w:lang w:val="pt-BR"/>
          </w:rPr>
          <w:id w:val="-389342629"/>
          <w:placeholder>
            <w:docPart w:val="DefaultPlaceholder_-1854013440"/>
          </w:placeholder>
          <w:showingPlcHdr/>
        </w:sdtPr>
        <w:sdtEndPr/>
        <w:sdtContent>
          <w:r w:rsidR="00BC0D43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 xml:space="preserve">Matrícula: </w:t>
      </w:r>
      <w:sdt>
        <w:sdtPr>
          <w:rPr>
            <w:lang w:val="pt-BR"/>
          </w:rPr>
          <w:id w:val="1760179357"/>
          <w:placeholder>
            <w:docPart w:val="DefaultPlaceholder_-1854013440"/>
          </w:placeholder>
          <w:showingPlcHdr/>
        </w:sdtPr>
        <w:sdtEndPr/>
        <w:sdtContent>
          <w:r w:rsidR="00BC0D43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>Período/Semestre:</w:t>
      </w:r>
      <w:r w:rsidR="00CD5477">
        <w:rPr>
          <w:lang w:val="pt-BR"/>
        </w:rPr>
        <w:t xml:space="preserve"> </w:t>
      </w:r>
      <w:sdt>
        <w:sdtPr>
          <w:rPr>
            <w:lang w:val="pt-BR"/>
          </w:rPr>
          <w:id w:val="-863052679"/>
          <w:placeholder>
            <w:docPart w:val="DefaultPlaceholder_-1854013440"/>
          </w:placeholder>
          <w:showingPlcHdr/>
        </w:sdtPr>
        <w:sdtEndPr/>
        <w:sdtContent>
          <w:r w:rsidR="00BC0D43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Default="00DC372D">
      <w:pPr>
        <w:rPr>
          <w:lang w:val="pt-BR"/>
        </w:rPr>
      </w:pPr>
      <w:r w:rsidRPr="003F210B">
        <w:rPr>
          <w:lang w:val="pt-BR"/>
        </w:rPr>
        <w:t xml:space="preserve">Curso: </w:t>
      </w:r>
      <w:sdt>
        <w:sdtPr>
          <w:rPr>
            <w:lang w:val="pt-BR"/>
          </w:rPr>
          <w:id w:val="-2005728661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t>2. Concedente</w:t>
      </w:r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>Nome da empresa/instituição:</w:t>
      </w:r>
      <w:r w:rsidR="00CD5477">
        <w:rPr>
          <w:lang w:val="pt-BR"/>
        </w:rPr>
        <w:t xml:space="preserve"> </w:t>
      </w:r>
      <w:sdt>
        <w:sdtPr>
          <w:rPr>
            <w:lang w:val="pt-BR"/>
          </w:rPr>
          <w:id w:val="-4369478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>CNPJ:</w:t>
      </w:r>
      <w:r w:rsidR="00CD5477">
        <w:rPr>
          <w:lang w:val="pt-BR"/>
        </w:rPr>
        <w:t xml:space="preserve"> </w:t>
      </w:r>
      <w:sdt>
        <w:sdtPr>
          <w:rPr>
            <w:lang w:val="pt-BR"/>
          </w:rPr>
          <w:id w:val="1503007567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 xml:space="preserve">Supervisor (nome, cargo, formação): </w:t>
      </w:r>
      <w:sdt>
        <w:sdtPr>
          <w:rPr>
            <w:lang w:val="pt-BR"/>
          </w:rPr>
          <w:id w:val="-17234373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 xml:space="preserve">Telefone: </w:t>
      </w:r>
      <w:sdt>
        <w:sdtPr>
          <w:rPr>
            <w:lang w:val="pt-BR"/>
          </w:rPr>
          <w:id w:val="1181927557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  <w:r w:rsidR="00CD5477">
        <w:rPr>
          <w:lang w:val="pt-BR"/>
        </w:rPr>
        <w:t xml:space="preserve"> </w:t>
      </w:r>
      <w:r w:rsidRPr="003F210B">
        <w:rPr>
          <w:lang w:val="pt-BR"/>
        </w:rPr>
        <w:t>E-mail:</w:t>
      </w:r>
      <w:r w:rsidR="00CD5477">
        <w:rPr>
          <w:lang w:val="pt-BR"/>
        </w:rPr>
        <w:t xml:space="preserve"> </w:t>
      </w:r>
      <w:sdt>
        <w:sdtPr>
          <w:rPr>
            <w:lang w:val="pt-BR"/>
          </w:rPr>
          <w:id w:val="-321191200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t>3. Dados do Estágio</w:t>
      </w:r>
    </w:p>
    <w:p w:rsidR="00BF2EC6" w:rsidRDefault="00DC372D">
      <w:pPr>
        <w:rPr>
          <w:lang w:val="pt-BR"/>
        </w:rPr>
      </w:pPr>
      <w:r w:rsidRPr="003F210B">
        <w:rPr>
          <w:lang w:val="pt-BR"/>
        </w:rPr>
        <w:t xml:space="preserve">Período do estágio (início e fim): </w:t>
      </w:r>
      <w:sdt>
        <w:sdtPr>
          <w:rPr>
            <w:lang w:val="pt-BR"/>
          </w:rPr>
          <w:id w:val="-1822428641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604FB5" w:rsidRPr="00604FB5" w:rsidRDefault="00CD5477" w:rsidP="00604FB5">
      <w:pPr>
        <w:rPr>
          <w:lang w:val="pt-BR"/>
        </w:rPr>
      </w:pPr>
      <w:r>
        <w:rPr>
          <w:lang w:val="pt-BR"/>
        </w:rPr>
        <w:t>Realizou</w:t>
      </w:r>
      <w:r w:rsidR="00604FB5">
        <w:rPr>
          <w:lang w:val="pt-BR"/>
        </w:rPr>
        <w:t xml:space="preserve"> Aditivo contratual: </w:t>
      </w:r>
      <w:r>
        <w:rPr>
          <w:lang w:val="pt-BR"/>
        </w:rPr>
        <w:t xml:space="preserve"> </w:t>
      </w:r>
      <w:sdt>
        <w:sdtPr>
          <w:rPr>
            <w:lang w:val="pt-BR"/>
          </w:rPr>
          <w:id w:val="-122389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0D43">
            <w:rPr>
              <w:rFonts w:ascii="MS Gothic" w:eastAsia="MS Gothic" w:hAnsi="MS Gothic" w:hint="eastAsia"/>
              <w:lang w:val="pt-BR"/>
            </w:rPr>
            <w:t>☐</w:t>
          </w:r>
        </w:sdtContent>
      </w:sdt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 xml:space="preserve">Sim      </w:t>
      </w:r>
      <w:sdt>
        <w:sdtPr>
          <w:rPr>
            <w:lang w:val="pt-BR"/>
          </w:rPr>
          <w:id w:val="2041312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lang w:val="pt-BR"/>
            </w:rPr>
            <w:t>☐</w:t>
          </w:r>
        </w:sdtContent>
      </w:sdt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>Não</w:t>
      </w:r>
      <w:r w:rsidR="00604FB5" w:rsidRPr="00604FB5">
        <w:rPr>
          <w:lang w:val="pt-BR"/>
        </w:rPr>
        <w:t xml:space="preserve"> </w:t>
      </w:r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>Jornada semanal:</w:t>
      </w:r>
      <w:r w:rsidR="00CD5477">
        <w:rPr>
          <w:lang w:val="pt-BR"/>
        </w:rPr>
        <w:t xml:space="preserve"> </w:t>
      </w:r>
      <w:sdt>
        <w:sdtPr>
          <w:rPr>
            <w:lang w:val="pt-BR"/>
          </w:rPr>
          <w:id w:val="-1788193667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BF2EC6" w:rsidRPr="003F210B" w:rsidRDefault="00DC372D">
      <w:pPr>
        <w:rPr>
          <w:lang w:val="pt-BR"/>
        </w:rPr>
      </w:pPr>
      <w:r w:rsidRPr="003F210B">
        <w:rPr>
          <w:lang w:val="pt-BR"/>
        </w:rPr>
        <w:t xml:space="preserve">Horário: </w:t>
      </w:r>
      <w:sdt>
        <w:sdtPr>
          <w:rPr>
            <w:lang w:val="pt-BR"/>
          </w:rPr>
          <w:id w:val="-1651665888"/>
          <w:placeholder>
            <w:docPart w:val="DefaultPlaceholder_-1854013440"/>
          </w:placeholder>
          <w:showingPlcHdr/>
        </w:sdtPr>
        <w:sdtEndPr/>
        <w:sdtContent>
          <w:r w:rsidR="00CD5477" w:rsidRPr="00244450">
            <w:rPr>
              <w:rStyle w:val="TextodoEspaoReservado"/>
            </w:rPr>
            <w:t>Clique ou toque aqui para inserir o texto.</w:t>
          </w:r>
        </w:sdtContent>
      </w:sdt>
    </w:p>
    <w:p w:rsidR="00604FB5" w:rsidRPr="00604FB5" w:rsidRDefault="00CD5477" w:rsidP="00604FB5">
      <w:pPr>
        <w:rPr>
          <w:lang w:val="pt-BR"/>
        </w:rPr>
      </w:pPr>
      <w:r>
        <w:rPr>
          <w:lang w:val="pt-BR"/>
        </w:rPr>
        <w:t>Informe qual o relatório que está sendo apresentado:</w:t>
      </w:r>
      <w:r w:rsidR="00604FB5" w:rsidRPr="00604FB5">
        <w:rPr>
          <w:lang w:val="pt-BR"/>
        </w:rPr>
        <w:t xml:space="preserve"> </w:t>
      </w:r>
    </w:p>
    <w:p w:rsidR="00CD5477" w:rsidRDefault="00CD5477" w:rsidP="00604FB5">
      <w:pPr>
        <w:rPr>
          <w:rFonts w:ascii="Segoe UI Symbol" w:hAnsi="Segoe UI Symbol" w:cs="Segoe UI Symbol"/>
          <w:lang w:val="pt-BR"/>
        </w:rPr>
        <w:sectPr w:rsidR="00CD5477" w:rsidSect="00B102C4">
          <w:headerReference w:type="default" r:id="rId8"/>
          <w:pgSz w:w="12240" w:h="15840"/>
          <w:pgMar w:top="1843" w:right="1800" w:bottom="1440" w:left="1800" w:header="426" w:footer="720" w:gutter="0"/>
          <w:cols w:space="720"/>
          <w:docGrid w:linePitch="360"/>
        </w:sectPr>
      </w:pPr>
    </w:p>
    <w:p w:rsidR="00604FB5" w:rsidRPr="00604FB5" w:rsidRDefault="00F855E8" w:rsidP="00604FB5">
      <w:pPr>
        <w:rPr>
          <w:lang w:val="pt-BR"/>
        </w:rPr>
      </w:pPr>
      <w:sdt>
        <w:sdtPr>
          <w:rPr>
            <w:rFonts w:ascii="Segoe UI Symbol" w:hAnsi="Segoe UI Symbol" w:cs="Segoe UI Symbol"/>
            <w:lang w:val="pt-BR"/>
          </w:rPr>
          <w:id w:val="-209880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2E32">
            <w:rPr>
              <w:rFonts w:ascii="MS Gothic" w:eastAsia="MS Gothic" w:hAnsi="MS Gothic" w:cs="Segoe UI Symbol" w:hint="eastAsia"/>
              <w:lang w:val="pt-BR"/>
            </w:rPr>
            <w:t>☐</w:t>
          </w:r>
        </w:sdtContent>
      </w:sdt>
      <w:r w:rsidR="00604FB5" w:rsidRPr="00604FB5">
        <w:rPr>
          <w:rFonts w:ascii="Cambria" w:hAnsi="Cambria" w:cs="Cambria"/>
          <w:lang w:val="pt-BR"/>
        </w:rPr>
        <w:t>​</w:t>
      </w:r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>Primeiro Relatório Semestral</w:t>
      </w:r>
      <w:r w:rsidR="00604FB5" w:rsidRPr="00604FB5">
        <w:rPr>
          <w:lang w:val="pt-BR"/>
        </w:rPr>
        <w:t xml:space="preserve"> </w:t>
      </w:r>
    </w:p>
    <w:p w:rsidR="00604FB5" w:rsidRPr="00604FB5" w:rsidRDefault="00F855E8" w:rsidP="00604FB5">
      <w:pPr>
        <w:rPr>
          <w:lang w:val="pt-BR"/>
        </w:rPr>
      </w:pPr>
      <w:sdt>
        <w:sdtPr>
          <w:rPr>
            <w:rFonts w:ascii="Segoe UI Symbol" w:hAnsi="Segoe UI Symbol" w:cs="Segoe UI Symbol"/>
            <w:lang w:val="pt-BR"/>
          </w:rPr>
          <w:id w:val="198823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5477">
            <w:rPr>
              <w:rFonts w:ascii="MS Gothic" w:eastAsia="MS Gothic" w:hAnsi="MS Gothic" w:cs="Segoe UI Symbol" w:hint="eastAsia"/>
              <w:lang w:val="pt-BR"/>
            </w:rPr>
            <w:t>☐</w:t>
          </w:r>
        </w:sdtContent>
      </w:sdt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>Segundo Relatório Semestral</w:t>
      </w:r>
    </w:p>
    <w:p w:rsidR="00604FB5" w:rsidRPr="00604FB5" w:rsidRDefault="00F855E8" w:rsidP="00604FB5">
      <w:pPr>
        <w:rPr>
          <w:lang w:val="pt-BR"/>
        </w:rPr>
      </w:pPr>
      <w:sdt>
        <w:sdtPr>
          <w:rPr>
            <w:rFonts w:ascii="Segoe UI Symbol" w:hAnsi="Segoe UI Symbol" w:cs="Segoe UI Symbol"/>
            <w:lang w:val="pt-BR"/>
          </w:rPr>
          <w:id w:val="-1375081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5477">
            <w:rPr>
              <w:rFonts w:ascii="MS Gothic" w:eastAsia="MS Gothic" w:hAnsi="MS Gothic" w:cs="Segoe UI Symbol" w:hint="eastAsia"/>
              <w:lang w:val="pt-BR"/>
            </w:rPr>
            <w:t>☐</w:t>
          </w:r>
        </w:sdtContent>
      </w:sdt>
      <w:r w:rsidR="00604FB5" w:rsidRPr="00604FB5">
        <w:rPr>
          <w:rFonts w:ascii="Cambria" w:hAnsi="Cambria" w:cs="Cambria"/>
          <w:lang w:val="pt-BR"/>
        </w:rPr>
        <w:t>​</w:t>
      </w:r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>Terceiro Relatório Semestral</w:t>
      </w:r>
    </w:p>
    <w:p w:rsidR="00604FB5" w:rsidRPr="00604FB5" w:rsidRDefault="00F855E8" w:rsidP="00604FB5">
      <w:pPr>
        <w:rPr>
          <w:lang w:val="pt-BR"/>
        </w:rPr>
      </w:pPr>
      <w:sdt>
        <w:sdtPr>
          <w:rPr>
            <w:rFonts w:ascii="Segoe UI Symbol" w:hAnsi="Segoe UI Symbol" w:cs="Segoe UI Symbol"/>
            <w:lang w:val="pt-BR"/>
          </w:rPr>
          <w:id w:val="1361935100"/>
          <w:placeholder>
            <w:docPart w:val="DefaultPlaceholder_-1854013440"/>
          </w:placeholder>
        </w:sdtPr>
        <w:sdtEndPr>
          <w:rPr>
            <w:rFonts w:ascii="Cambria" w:hAnsi="Cambria" w:cs="Cambria"/>
          </w:rPr>
        </w:sdtEndPr>
        <w:sdtContent>
          <w:r w:rsidR="00604FB5" w:rsidRPr="00604FB5">
            <w:rPr>
              <w:rFonts w:ascii="Segoe UI Symbol" w:hAnsi="Segoe UI Symbol" w:cs="Segoe UI Symbol"/>
              <w:lang w:val="pt-BR"/>
            </w:rPr>
            <w:t>☐</w:t>
          </w:r>
          <w:r w:rsidR="00604FB5" w:rsidRPr="00604FB5">
            <w:rPr>
              <w:rFonts w:ascii="Cambria" w:hAnsi="Cambria" w:cs="Cambria"/>
              <w:lang w:val="pt-BR"/>
            </w:rPr>
            <w:t>​</w:t>
          </w:r>
        </w:sdtContent>
      </w:sdt>
      <w:r w:rsidR="00604FB5" w:rsidRPr="00604FB5">
        <w:rPr>
          <w:lang w:val="pt-BR"/>
        </w:rPr>
        <w:t xml:space="preserve"> </w:t>
      </w:r>
      <w:r w:rsidR="00604FB5">
        <w:rPr>
          <w:lang w:val="pt-BR"/>
        </w:rPr>
        <w:t>Quarto Relatório Semestral</w:t>
      </w:r>
    </w:p>
    <w:p w:rsidR="00CD5477" w:rsidRDefault="00CD5477">
      <w:pPr>
        <w:pStyle w:val="Ttulo2"/>
        <w:rPr>
          <w:lang w:val="pt-BR"/>
        </w:rPr>
        <w:sectPr w:rsidR="00CD5477" w:rsidSect="00CD547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:rsidR="00CD5477" w:rsidRDefault="00CD547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lang w:val="pt-BR"/>
        </w:rPr>
      </w:pPr>
      <w:r>
        <w:rPr>
          <w:lang w:val="pt-BR"/>
        </w:rPr>
        <w:br w:type="page"/>
      </w:r>
    </w:p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lastRenderedPageBreak/>
        <w:br/>
        <w:t>4. Descrição das Atividades Desenvolvidas</w:t>
      </w:r>
    </w:p>
    <w:sdt>
      <w:sdtPr>
        <w:rPr>
          <w:lang w:val="pt-BR"/>
        </w:rPr>
        <w:id w:val="-5436006"/>
        <w:placeholder>
          <w:docPart w:val="DefaultPlaceholder_-1854013440"/>
        </w:placeholder>
      </w:sdtPr>
      <w:sdtEndPr/>
      <w:sdtContent>
        <w:p w:rsidR="00BF2EC6" w:rsidRPr="003F210B" w:rsidRDefault="00DC372D">
          <w:pPr>
            <w:rPr>
              <w:lang w:val="pt-BR"/>
            </w:rPr>
          </w:pPr>
          <w:r w:rsidRPr="003F210B">
            <w:rPr>
              <w:lang w:val="pt-BR"/>
            </w:rPr>
            <w:t>Descreva abaixo, de forma clara e objetiva, as principais atividades desenvolvidas durante o semestre:</w:t>
          </w:r>
        </w:p>
      </w:sdtContent>
    </w:sdt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br/>
        <w:t>5. Relato Crítico do Estágio</w:t>
      </w:r>
    </w:p>
    <w:sdt>
      <w:sdtPr>
        <w:rPr>
          <w:lang w:val="pt-BR"/>
        </w:rPr>
        <w:id w:val="146640632"/>
        <w:placeholder>
          <w:docPart w:val="DefaultPlaceholder_-1854013440"/>
        </w:placeholder>
      </w:sdtPr>
      <w:sdtEndPr/>
      <w:sdtContent>
        <w:p w:rsidR="00BF2EC6" w:rsidRPr="003F210B" w:rsidRDefault="00DC372D">
          <w:pPr>
            <w:rPr>
              <w:lang w:val="pt-BR"/>
            </w:rPr>
          </w:pPr>
          <w:r w:rsidRPr="003F210B">
            <w:rPr>
              <w:lang w:val="pt-BR"/>
            </w:rPr>
            <w:t>Relate a seguir sua opinião sobre a experiência do estágio, incluindo dificuldades, aprendizados e contribuições para sua formação profissional:</w:t>
          </w:r>
        </w:p>
        <w:bookmarkStart w:id="0" w:name="_GoBack" w:displacedByCustomXml="next"/>
        <w:bookmarkEnd w:id="0" w:displacedByCustomXml="next"/>
      </w:sdtContent>
    </w:sdt>
    <w:p w:rsidR="00BF2EC6" w:rsidRPr="003F210B" w:rsidRDefault="00DC372D">
      <w:pPr>
        <w:pStyle w:val="Ttulo2"/>
        <w:rPr>
          <w:lang w:val="pt-BR"/>
        </w:rPr>
      </w:pPr>
      <w:r w:rsidRPr="003F210B">
        <w:rPr>
          <w:lang w:val="pt-BR"/>
        </w:rPr>
        <w:br/>
        <w:t>6. Avaliação do Supervisor da Concedente</w:t>
      </w:r>
    </w:p>
    <w:p w:rsidR="00604FB5" w:rsidRPr="00604FB5" w:rsidRDefault="00604FB5" w:rsidP="00604FB5">
      <w:pPr>
        <w:rPr>
          <w:lang w:val="pt-BR"/>
        </w:rPr>
      </w:pPr>
      <w:r w:rsidRPr="00604FB5">
        <w:rPr>
          <w:b/>
          <w:lang w:val="pt-BR"/>
        </w:rPr>
        <w:t xml:space="preserve">  </w:t>
      </w:r>
      <w:r w:rsidRPr="00604FB5">
        <w:rPr>
          <w:lang w:val="pt-BR"/>
        </w:rPr>
        <w:t xml:space="preserve">Assinale com X a opção que melhor retrata a realidade do(a) estagiário(a) sendo 1 (mínimo) </w:t>
      </w:r>
      <w:r w:rsidR="00CD5477">
        <w:rPr>
          <w:lang w:val="pt-BR"/>
        </w:rPr>
        <w:t>5</w:t>
      </w:r>
      <w:r w:rsidRPr="00604FB5">
        <w:rPr>
          <w:lang w:val="pt-BR"/>
        </w:rPr>
        <w:t xml:space="preserve"> (máximo</w:t>
      </w:r>
      <w:proofErr w:type="gramStart"/>
      <w:r w:rsidRPr="00604FB5">
        <w:rPr>
          <w:lang w:val="pt-BR"/>
        </w:rPr>
        <w:t>);​</w:t>
      </w:r>
      <w:proofErr w:type="gramEnd"/>
      <w:r w:rsidRPr="00604FB5">
        <w:rPr>
          <w:lang w:val="pt-BR"/>
        </w:rPr>
        <w:tab/>
        <w:t xml:space="preserve"> </w:t>
      </w:r>
    </w:p>
    <w:tbl>
      <w:tblPr>
        <w:tblW w:w="8931" w:type="dxa"/>
        <w:tblInd w:w="93" w:type="dxa"/>
        <w:tblCellMar>
          <w:top w:w="131" w:type="dxa"/>
          <w:left w:w="93" w:type="dxa"/>
        </w:tblCellMar>
        <w:tblLook w:val="04A0" w:firstRow="1" w:lastRow="0" w:firstColumn="1" w:lastColumn="0" w:noHBand="0" w:noVBand="1"/>
      </w:tblPr>
      <w:tblGrid>
        <w:gridCol w:w="6096"/>
        <w:gridCol w:w="567"/>
        <w:gridCol w:w="567"/>
        <w:gridCol w:w="567"/>
        <w:gridCol w:w="567"/>
        <w:gridCol w:w="567"/>
      </w:tblGrid>
      <w:tr w:rsidR="00CD5477" w:rsidRPr="00604FB5" w:rsidTr="00B102C4">
        <w:trPr>
          <w:trHeight w:val="555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Descrição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B102C4" w:rsidRDefault="00CD5477" w:rsidP="00B102C4">
            <w:pPr>
              <w:jc w:val="center"/>
              <w:rPr>
                <w:b/>
                <w:sz w:val="24"/>
                <w:lang w:val="pt-BR"/>
              </w:rPr>
            </w:pPr>
            <w:r w:rsidRPr="00B102C4">
              <w:rPr>
                <w:b/>
                <w:sz w:val="24"/>
                <w:lang w:val="pt-BR"/>
              </w:rPr>
              <w:t>5</w:t>
            </w:r>
          </w:p>
        </w:tc>
      </w:tr>
      <w:tr w:rsidR="00CD5477" w:rsidRPr="00604FB5" w:rsidTr="00B102C4">
        <w:trPr>
          <w:trHeight w:val="766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>O estágio cumpriu as normas e regulamentos internos do campo de estágio e quanto ao sigilo das informações?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483083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sdt>
            <w:sdtPr>
              <w:rPr>
                <w:rFonts w:ascii="Segoe UI Symbol" w:hAnsi="Segoe UI Symbol" w:cs="Segoe UI Symbol"/>
                <w:lang w:val="pt-BR"/>
              </w:rPr>
              <w:id w:val="17819992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CD5477" w:rsidRPr="00604FB5" w:rsidRDefault="00CD5477" w:rsidP="00604FB5">
                <w:pPr>
                  <w:rPr>
                    <w:lang w:val="pt-BR"/>
                  </w:rPr>
                </w:pPr>
                <w:r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p>
            </w:sdtContent>
          </w:sdt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66625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597781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5956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1036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Demonstra interesse e disponibilidade em aprender as atividades e se envolver em outras atividades do setor ou da instituição?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2107850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384555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901588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036421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952039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555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Demonstra disposição para trabalhar em equipe?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406112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sdt>
            <w:sdtPr>
              <w:rPr>
                <w:rFonts w:ascii="Segoe UI Symbol" w:hAnsi="Segoe UI Symbol" w:cs="Segoe UI Symbol"/>
                <w:lang w:val="pt-BR"/>
              </w:rPr>
              <w:id w:val="13701128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CD5477" w:rsidRPr="00604FB5" w:rsidRDefault="00CD5477" w:rsidP="00604FB5">
                <w:pPr>
                  <w:rPr>
                    <w:lang w:val="pt-BR"/>
                  </w:rPr>
                </w:pPr>
                <w:r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p>
            </w:sdtContent>
          </w:sdt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57257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sdt>
            <w:sdtPr>
              <w:rPr>
                <w:rFonts w:ascii="Segoe UI Symbol" w:hAnsi="Segoe UI Symbol" w:cs="Segoe UI Symbol"/>
                <w:lang w:val="pt-BR"/>
              </w:rPr>
              <w:id w:val="-16836604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CD5477" w:rsidRPr="00604FB5" w:rsidRDefault="00CD5477" w:rsidP="00604FB5">
                <w:pPr>
                  <w:rPr>
                    <w:lang w:val="pt-BR"/>
                  </w:rPr>
                </w:pPr>
                <w:r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p>
            </w:sdtContent>
          </w:sdt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147006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1036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Empenha-se na execução das atividades que lhe foram determinadas, atendendo os prazos para entrega dos resultados?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0504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899899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225072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20308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818871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1036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Demonstra capacidade em interpretar e compreender as atividades que lhe foram incumbidas, tendo em vista os conhecimentos exigíveis pela escolaridade do estagiário?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580173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212108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2052106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94198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462655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555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Apresenta habilidades de se comunicar?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446974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771541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472589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435403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885290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555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t xml:space="preserve">As tarefas foram desenvolvidas com qualidade?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614051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sdt>
            <w:sdtPr>
              <w:rPr>
                <w:rFonts w:ascii="Segoe UI Symbol" w:hAnsi="Segoe UI Symbol" w:cs="Segoe UI Symbol"/>
                <w:lang w:val="pt-BR"/>
              </w:rPr>
              <w:id w:val="-17535798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CD5477" w:rsidRPr="00604FB5" w:rsidRDefault="00CD5477" w:rsidP="00604FB5">
                <w:pPr>
                  <w:rPr>
                    <w:lang w:val="pt-BR"/>
                  </w:rPr>
                </w:pPr>
                <w:r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p>
            </w:sdtContent>
          </w:sdt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550513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606314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702704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  <w:tr w:rsidR="00CD5477" w:rsidRPr="00604FB5" w:rsidTr="00B102C4">
        <w:trPr>
          <w:trHeight w:val="766"/>
        </w:trPr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D5477" w:rsidRPr="00604FB5" w:rsidRDefault="00CD5477" w:rsidP="00CD5477">
            <w:pPr>
              <w:jc w:val="both"/>
              <w:rPr>
                <w:lang w:val="pt-BR"/>
              </w:rPr>
            </w:pPr>
            <w:r w:rsidRPr="00604FB5">
              <w:rPr>
                <w:lang w:val="pt-BR"/>
              </w:rPr>
              <w:lastRenderedPageBreak/>
              <w:t xml:space="preserve">O estagiário utilizou conhecimentos teóricos na execução das atividades?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044946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sdt>
            <w:sdtPr>
              <w:rPr>
                <w:rFonts w:ascii="Segoe UI Symbol" w:hAnsi="Segoe UI Symbol" w:cs="Segoe UI Symbol"/>
                <w:lang w:val="pt-BR"/>
              </w:rPr>
              <w:id w:val="15179668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CD5477" w:rsidRPr="00604FB5" w:rsidRDefault="00CD5477" w:rsidP="00604FB5">
                <w:pPr>
                  <w:rPr>
                    <w:lang w:val="pt-BR"/>
                  </w:rPr>
                </w:pPr>
                <w:r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p>
            </w:sdtContent>
          </w:sdt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1265583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1291898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5477" w:rsidRPr="00604FB5" w:rsidRDefault="00F855E8" w:rsidP="00604FB5">
            <w:pPr>
              <w:rPr>
                <w:lang w:val="pt-BR"/>
              </w:rPr>
            </w:pPr>
            <w:sdt>
              <w:sdtPr>
                <w:rPr>
                  <w:rFonts w:ascii="Segoe UI Symbol" w:hAnsi="Segoe UI Symbol" w:cs="Segoe UI Symbol"/>
                  <w:lang w:val="pt-BR"/>
                </w:rPr>
                <w:id w:val="-331673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5477">
                  <w:rPr>
                    <w:rFonts w:ascii="MS Gothic" w:eastAsia="MS Gothic" w:hAnsi="MS Gothic" w:cs="Segoe UI Symbol" w:hint="eastAsia"/>
                    <w:lang w:val="pt-BR"/>
                  </w:rPr>
                  <w:t>☐</w:t>
                </w:r>
              </w:sdtContent>
            </w:sdt>
            <w:r w:rsidR="00CD5477" w:rsidRPr="00604FB5">
              <w:rPr>
                <w:lang w:val="pt-BR"/>
              </w:rPr>
              <w:t xml:space="preserve"> </w:t>
            </w:r>
          </w:p>
        </w:tc>
      </w:tr>
    </w:tbl>
    <w:p w:rsidR="00604FB5" w:rsidRPr="00604FB5" w:rsidRDefault="00604FB5" w:rsidP="00604FB5">
      <w:pPr>
        <w:rPr>
          <w:lang w:val="pt-BR"/>
        </w:rPr>
      </w:pPr>
      <w:r w:rsidRPr="00604FB5">
        <w:rPr>
          <w:lang w:val="pt-BR"/>
        </w:rPr>
        <w:t xml:space="preserve"> </w:t>
      </w:r>
    </w:p>
    <w:p w:rsidR="00604FB5" w:rsidRDefault="00604FB5">
      <w:pPr>
        <w:pStyle w:val="Ttulo2"/>
        <w:rPr>
          <w:lang w:val="pt-BR"/>
        </w:rPr>
      </w:pPr>
      <w:r>
        <w:rPr>
          <w:lang w:val="pt-BR"/>
        </w:rPr>
        <w:t>Observações (se houver):</w:t>
      </w:r>
    </w:p>
    <w:sdt>
      <w:sdtPr>
        <w:rPr>
          <w:lang w:val="pt-BR"/>
        </w:rPr>
        <w:id w:val="1346443729"/>
        <w:placeholder>
          <w:docPart w:val="DefaultPlaceholder_-1854013440"/>
        </w:placeholder>
      </w:sdtPr>
      <w:sdtEndPr/>
      <w:sdtContent>
        <w:p w:rsidR="00604FB5" w:rsidRDefault="00604FB5" w:rsidP="00604FB5">
          <w:pPr>
            <w:rPr>
              <w:lang w:val="pt-BR"/>
            </w:rPr>
          </w:pPr>
          <w:r>
            <w:rPr>
              <w:lang w:val="pt-BR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:rsidR="00BF2EC6" w:rsidRDefault="00DC372D" w:rsidP="00754B31">
      <w:pPr>
        <w:pStyle w:val="Ttulo2"/>
        <w:jc w:val="right"/>
        <w:rPr>
          <w:rFonts w:asciiTheme="minorHAnsi" w:hAnsiTheme="minorHAnsi"/>
          <w:color w:val="000000" w:themeColor="text1"/>
          <w:sz w:val="22"/>
          <w:lang w:val="pt-BR"/>
        </w:rPr>
      </w:pPr>
      <w:r w:rsidRPr="003F210B">
        <w:rPr>
          <w:lang w:val="pt-BR"/>
        </w:rPr>
        <w:br/>
      </w:r>
      <w:sdt>
        <w:sdtPr>
          <w:rPr>
            <w:rFonts w:asciiTheme="minorHAnsi" w:hAnsiTheme="minorHAnsi"/>
            <w:b w:val="0"/>
            <w:color w:val="000000" w:themeColor="text1"/>
            <w:sz w:val="22"/>
            <w:lang w:val="pt-BR"/>
          </w:rPr>
          <w:id w:val="-561561923"/>
          <w:placeholder>
            <w:docPart w:val="DefaultPlaceholder_-1854013440"/>
          </w:placeholder>
        </w:sdtPr>
        <w:sdtEndPr/>
        <w:sdtContent>
          <w:r w:rsid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Cidade</w:t>
          </w:r>
        </w:sdtContent>
      </w:sdt>
      <w:r w:rsidR="00754B31" w:rsidRPr="00754B31">
        <w:rPr>
          <w:rFonts w:asciiTheme="minorHAnsi" w:hAnsiTheme="minorHAnsi"/>
          <w:b w:val="0"/>
          <w:color w:val="000000" w:themeColor="text1"/>
          <w:sz w:val="22"/>
          <w:lang w:val="pt-BR"/>
        </w:rPr>
        <w:t xml:space="preserve">, </w:t>
      </w:r>
      <w:sdt>
        <w:sdtPr>
          <w:rPr>
            <w:rFonts w:asciiTheme="minorHAnsi" w:hAnsiTheme="minorHAnsi"/>
            <w:b w:val="0"/>
            <w:color w:val="000000" w:themeColor="text1"/>
            <w:sz w:val="22"/>
            <w:lang w:val="pt-BR"/>
          </w:rPr>
          <w:id w:val="-1108264992"/>
          <w:placeholder>
            <w:docPart w:val="DefaultPlaceholder_-1854013440"/>
          </w:placeholder>
        </w:sdtPr>
        <w:sdtEndPr/>
        <w:sdtContent>
          <w:r w:rsidR="00BC0D43" w:rsidRP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Dia</w:t>
          </w:r>
        </w:sdtContent>
      </w:sdt>
      <w:r w:rsidR="00754B31" w:rsidRPr="00754B31">
        <w:rPr>
          <w:rFonts w:asciiTheme="minorHAnsi" w:hAnsiTheme="minorHAnsi"/>
          <w:b w:val="0"/>
          <w:color w:val="000000" w:themeColor="text1"/>
          <w:sz w:val="22"/>
          <w:lang w:val="pt-BR"/>
        </w:rPr>
        <w:t xml:space="preserve"> de </w:t>
      </w:r>
      <w:sdt>
        <w:sdtPr>
          <w:rPr>
            <w:rFonts w:asciiTheme="minorHAnsi" w:hAnsiTheme="minorHAnsi"/>
            <w:b w:val="0"/>
            <w:color w:val="000000" w:themeColor="text1"/>
            <w:sz w:val="22"/>
            <w:highlight w:val="yellow"/>
            <w:lang w:val="pt-BR"/>
          </w:rPr>
          <w:id w:val="-328593648"/>
          <w:placeholder>
            <w:docPart w:val="DefaultPlaceholder_-1854013440"/>
          </w:placeholder>
        </w:sdtPr>
        <w:sdtEndPr/>
        <w:sdtContent>
          <w:r w:rsidR="00BC0D43" w:rsidRP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M</w:t>
          </w:r>
          <w:r w:rsidR="00754B31" w:rsidRP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ês</w:t>
          </w:r>
        </w:sdtContent>
      </w:sdt>
      <w:r w:rsidR="00754B31" w:rsidRPr="00754B31">
        <w:rPr>
          <w:rFonts w:asciiTheme="minorHAnsi" w:hAnsiTheme="minorHAnsi"/>
          <w:b w:val="0"/>
          <w:color w:val="000000" w:themeColor="text1"/>
          <w:sz w:val="22"/>
          <w:lang w:val="pt-BR"/>
        </w:rPr>
        <w:t xml:space="preserve"> de </w:t>
      </w:r>
      <w:sdt>
        <w:sdtPr>
          <w:rPr>
            <w:rFonts w:asciiTheme="minorHAnsi" w:hAnsiTheme="minorHAnsi"/>
            <w:b w:val="0"/>
            <w:color w:val="000000" w:themeColor="text1"/>
            <w:sz w:val="22"/>
            <w:lang w:val="pt-BR"/>
          </w:rPr>
          <w:id w:val="610711603"/>
          <w:placeholder>
            <w:docPart w:val="DefaultPlaceholder_-1854013440"/>
          </w:placeholder>
        </w:sdtPr>
        <w:sdtEndPr/>
        <w:sdtContent>
          <w:r w:rsid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A</w:t>
          </w:r>
          <w:r w:rsidR="00754B31" w:rsidRPr="00BC0D43">
            <w:rPr>
              <w:rFonts w:asciiTheme="minorHAnsi" w:hAnsiTheme="minorHAnsi"/>
              <w:b w:val="0"/>
              <w:color w:val="000000" w:themeColor="text1"/>
              <w:sz w:val="22"/>
              <w:lang w:val="pt-BR"/>
            </w:rPr>
            <w:t>no</w:t>
          </w:r>
        </w:sdtContent>
      </w:sdt>
      <w:r w:rsidR="00754B31" w:rsidRPr="00754B31">
        <w:rPr>
          <w:rFonts w:asciiTheme="minorHAnsi" w:hAnsiTheme="minorHAnsi"/>
          <w:color w:val="000000" w:themeColor="text1"/>
          <w:sz w:val="22"/>
          <w:lang w:val="pt-BR"/>
        </w:rPr>
        <w:t>.</w:t>
      </w:r>
    </w:p>
    <w:p w:rsidR="00754B31" w:rsidRDefault="00754B31" w:rsidP="00754B31">
      <w:pPr>
        <w:rPr>
          <w:lang w:val="pt-BR"/>
        </w:rPr>
      </w:pPr>
    </w:p>
    <w:p w:rsidR="00754B31" w:rsidRDefault="00754B31" w:rsidP="00754B31">
      <w:pPr>
        <w:rPr>
          <w:lang w:val="pt-BR"/>
        </w:rPr>
      </w:pPr>
    </w:p>
    <w:p w:rsidR="00754B31" w:rsidRPr="00754B31" w:rsidRDefault="00754B31" w:rsidP="00754B31">
      <w:pPr>
        <w:rPr>
          <w:lang w:val="pt-BR"/>
        </w:rPr>
      </w:pPr>
      <w:r>
        <w:rPr>
          <w:lang w:val="pt-BR"/>
        </w:rPr>
        <w:t xml:space="preserve">__________________________________                                          _______________________________________________  </w:t>
      </w:r>
    </w:p>
    <w:p w:rsidR="00BF2EC6" w:rsidRDefault="00DC372D">
      <w:pPr>
        <w:rPr>
          <w:lang w:val="pt-BR"/>
        </w:rPr>
      </w:pPr>
      <w:r w:rsidRPr="003F210B">
        <w:rPr>
          <w:lang w:val="pt-BR"/>
        </w:rPr>
        <w:t>Assinatura do Estagiário</w:t>
      </w:r>
      <w:r w:rsidR="00754B31">
        <w:rPr>
          <w:lang w:val="pt-BR"/>
        </w:rPr>
        <w:t xml:space="preserve">                                                    </w:t>
      </w:r>
      <w:r w:rsidRPr="003F210B">
        <w:rPr>
          <w:lang w:val="pt-BR"/>
        </w:rPr>
        <w:t xml:space="preserve">Assinatura do Supervisor da Concedente </w:t>
      </w:r>
    </w:p>
    <w:p w:rsidR="00754B31" w:rsidRDefault="00754B31">
      <w:pPr>
        <w:rPr>
          <w:lang w:val="pt-BR"/>
        </w:rPr>
      </w:pPr>
    </w:p>
    <w:p w:rsidR="00754B31" w:rsidRDefault="00754B31">
      <w:pPr>
        <w:rPr>
          <w:lang w:val="pt-BR"/>
        </w:rPr>
      </w:pPr>
    </w:p>
    <w:p w:rsidR="00754B31" w:rsidRPr="003F210B" w:rsidRDefault="00754B31">
      <w:pPr>
        <w:rPr>
          <w:lang w:val="pt-BR"/>
        </w:rPr>
      </w:pP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  <w:t>_____________________________________________</w:t>
      </w:r>
      <w:r w:rsidR="00D10282">
        <w:rPr>
          <w:lang w:val="pt-BR"/>
        </w:rPr>
        <w:t>______</w:t>
      </w:r>
    </w:p>
    <w:p w:rsidR="00BF2EC6" w:rsidRPr="003F210B" w:rsidRDefault="00754B31" w:rsidP="00754B31">
      <w:pPr>
        <w:ind w:firstLine="720"/>
        <w:rPr>
          <w:lang w:val="pt-BR"/>
        </w:rPr>
      </w:pPr>
      <w:r>
        <w:rPr>
          <w:lang w:val="pt-BR"/>
        </w:rPr>
        <w:t xml:space="preserve">                              </w:t>
      </w:r>
      <w:r w:rsidR="00DC372D" w:rsidRPr="003F210B">
        <w:rPr>
          <w:lang w:val="pt-BR"/>
        </w:rPr>
        <w:t xml:space="preserve">Assinatura do </w:t>
      </w:r>
      <w:r w:rsidR="003F210B" w:rsidRPr="003F210B">
        <w:rPr>
          <w:lang w:val="pt-BR"/>
        </w:rPr>
        <w:t xml:space="preserve">Coordenador </w:t>
      </w:r>
      <w:r w:rsidR="00CD4349">
        <w:rPr>
          <w:lang w:val="pt-BR"/>
        </w:rPr>
        <w:t xml:space="preserve">Geral </w:t>
      </w:r>
      <w:r w:rsidR="003F210B" w:rsidRPr="003F210B">
        <w:rPr>
          <w:lang w:val="pt-BR"/>
        </w:rPr>
        <w:t>d</w:t>
      </w:r>
      <w:r w:rsidR="00CD4349">
        <w:rPr>
          <w:lang w:val="pt-BR"/>
        </w:rPr>
        <w:t>o Estágio</w:t>
      </w:r>
      <w:r w:rsidR="00DC372D" w:rsidRPr="003F210B">
        <w:rPr>
          <w:lang w:val="pt-BR"/>
        </w:rPr>
        <w:t xml:space="preserve"> </w:t>
      </w:r>
    </w:p>
    <w:sectPr w:rsidR="00BF2EC6" w:rsidRPr="003F210B" w:rsidSect="00CD5477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55E8" w:rsidRDefault="00F855E8" w:rsidP="006B57F1">
      <w:pPr>
        <w:spacing w:after="0" w:line="240" w:lineRule="auto"/>
      </w:pPr>
      <w:r>
        <w:separator/>
      </w:r>
    </w:p>
  </w:endnote>
  <w:endnote w:type="continuationSeparator" w:id="0">
    <w:p w:rsidR="00F855E8" w:rsidRDefault="00F855E8" w:rsidP="006B5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55E8" w:rsidRDefault="00F855E8" w:rsidP="006B57F1">
      <w:pPr>
        <w:spacing w:after="0" w:line="240" w:lineRule="auto"/>
      </w:pPr>
      <w:r>
        <w:separator/>
      </w:r>
    </w:p>
  </w:footnote>
  <w:footnote w:type="continuationSeparator" w:id="0">
    <w:p w:rsidR="00F855E8" w:rsidRDefault="00F855E8" w:rsidP="006B57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57F1" w:rsidRDefault="00B102C4" w:rsidP="00B102C4">
    <w:pPr>
      <w:pStyle w:val="Cabealho"/>
      <w:jc w:val="center"/>
    </w:pPr>
    <w:r>
      <w:rPr>
        <w:noProof/>
      </w:rPr>
      <w:drawing>
        <wp:inline distT="114300" distB="114300" distL="114300" distR="114300" wp14:anchorId="1FE17141" wp14:editId="26C28176">
          <wp:extent cx="3282788" cy="805377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5806" b="59733"/>
                  <a:stretch>
                    <a:fillRect/>
                  </a:stretch>
                </pic:blipFill>
                <pic:spPr>
                  <a:xfrm>
                    <a:off x="0" y="0"/>
                    <a:ext cx="3282788" cy="805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1yZMXXy2XfY9E4NJg8labaG65Ll0ZqA4IW9cQqoiUUOCrUOw0U13FDYgRuAynwyPY7gvzapgcavFeM6e6dYKtg==" w:salt="/BMsLot3lEnoXuF9IIAsJw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1C6C"/>
    <w:rsid w:val="0004550F"/>
    <w:rsid w:val="0006063C"/>
    <w:rsid w:val="00065310"/>
    <w:rsid w:val="0015074B"/>
    <w:rsid w:val="001C60B6"/>
    <w:rsid w:val="00272399"/>
    <w:rsid w:val="0029639D"/>
    <w:rsid w:val="00326F90"/>
    <w:rsid w:val="00340FEC"/>
    <w:rsid w:val="003F210B"/>
    <w:rsid w:val="005F194C"/>
    <w:rsid w:val="00604FB5"/>
    <w:rsid w:val="006B57F1"/>
    <w:rsid w:val="00754B31"/>
    <w:rsid w:val="008F675E"/>
    <w:rsid w:val="00AA1D8D"/>
    <w:rsid w:val="00AF2E32"/>
    <w:rsid w:val="00B102C4"/>
    <w:rsid w:val="00B47730"/>
    <w:rsid w:val="00BC0D43"/>
    <w:rsid w:val="00BF2EC6"/>
    <w:rsid w:val="00CB0664"/>
    <w:rsid w:val="00CD4349"/>
    <w:rsid w:val="00CD5477"/>
    <w:rsid w:val="00D10282"/>
    <w:rsid w:val="00DC372D"/>
    <w:rsid w:val="00F855E8"/>
    <w:rsid w:val="00FA7C1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docId w15:val="{8CF66506-F8FB-4B13-9958-B18C8E7DD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TextodoEspaoReservado">
    <w:name w:val="Placeholder Text"/>
    <w:basedOn w:val="Fontepargpadro"/>
    <w:uiPriority w:val="99"/>
    <w:semiHidden/>
    <w:rsid w:val="00604FB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DF78C9-24A6-4099-A9F9-69EC32FB6792}"/>
      </w:docPartPr>
      <w:docPartBody>
        <w:p w:rsidR="00C46663" w:rsidRDefault="00A36F7B">
          <w:r w:rsidRPr="00244450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F7B"/>
    <w:rsid w:val="001E5026"/>
    <w:rsid w:val="00757164"/>
    <w:rsid w:val="00796100"/>
    <w:rsid w:val="00A36F7B"/>
    <w:rsid w:val="00C46663"/>
    <w:rsid w:val="00FA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36F7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A1D54B-24CF-4BD4-9B3E-C89994797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527</Words>
  <Characters>2852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Ivan Meloti Capucho</cp:lastModifiedBy>
  <cp:revision>15</cp:revision>
  <dcterms:created xsi:type="dcterms:W3CDTF">2013-12-23T23:15:00Z</dcterms:created>
  <dcterms:modified xsi:type="dcterms:W3CDTF">2025-07-29T16:36:00Z</dcterms:modified>
  <cp:category/>
</cp:coreProperties>
</file>